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E1E45"/>
          <w:sz w:val="44"/>
        </w:rPr>
        <w:t>[Full Name]</w:t>
      </w:r>
    </w:p>
    <w:p>
      <w:pPr>
        <w:spacing w:after="40"/>
      </w:pPr>
      <w:r>
        <w:rPr>
          <w:b/>
          <w:color w:val="1F55D6"/>
          <w:sz w:val="22"/>
        </w:rPr>
        <w:t>ESL Teacher · [TEFL / TESOL / CELTA] · Available from [Month Year]</w:t>
      </w:r>
    </w:p>
    <w:p>
      <w:pPr>
        <w:spacing w:after="80"/>
      </w:pPr>
      <w:r>
        <w:rPr>
          <w:b w:val="0"/>
          <w:color w:val="5B6478"/>
          <w:sz w:val="19"/>
        </w:rPr>
        <w:t>[Email] · [Phone] · [City, Country] · Nationality: [Nationality]</w:t>
      </w:r>
    </w:p>
    <w:p>
      <w:pPr>
        <w:spacing w:after="80" w:before="240"/>
        <w:pBdr>
          <w:bottom w:val="single" w:sz="6" w:space="2" w:color="D5DBE6"/>
        </w:pBdr>
      </w:pPr>
      <w:r>
        <w:rPr>
          <w:b/>
          <w:color w:val="1F55D6"/>
          <w:sz w:val="18"/>
        </w:rPr>
        <w:t>PROFILE</w:t>
      </w:r>
    </w:p>
    <w:p>
      <w:r>
        <w:rPr>
          <w:b w:val="0"/>
        </w:rPr>
        <w:t>[2–3 sentences: who you are, the age groups you teach, and what you bring. e.g. Friendly, organized English teacher with [X] years of experience teaching [age group] in [country]. I build confident speakers through games, phonics and clear routines.]</w:t>
      </w:r>
    </w:p>
    <w:p>
      <w:pPr>
        <w:spacing w:after="80" w:before="240"/>
        <w:pBdr>
          <w:bottom w:val="single" w:sz="6" w:space="2" w:color="D5DBE6"/>
        </w:pBdr>
      </w:pPr>
      <w:r>
        <w:rPr>
          <w:b/>
          <w:color w:val="1F55D6"/>
          <w:sz w:val="18"/>
        </w:rPr>
        <w:t>TEACHING EXPERIENCE</w:t>
      </w:r>
    </w:p>
    <w:p>
      <w:pPr>
        <w:tabs>
          <w:tab w:pos="9638" w:val="right"/>
        </w:tabs>
        <w:spacing w:before="80"/>
      </w:pPr>
      <w:r>
        <w:rPr>
          <w:b/>
          <w:color w:val="0E1E45"/>
        </w:rPr>
        <w:t>[Job Title]</w:t>
      </w:r>
      <w:r>
        <w:t xml:space="preserve"> — [School / Academy], [City, Country]</w:t>
      </w:r>
      <w:r>
        <w:rPr>
          <w:color w:val="5B6478"/>
          <w:sz w:val="19"/>
        </w:rPr>
        <w:tab/>
        <w:t>[Month Year] – [Month Year]</w:t>
      </w:r>
    </w:p>
    <w:p>
      <w:pPr>
        <w:pStyle w:val="ListBullet"/>
        <w:spacing w:after="20"/>
      </w:pPr>
      <w:r>
        <w:t>[Classes taught: age group, class size, hours per week]</w:t>
      </w:r>
    </w:p>
    <w:p>
      <w:pPr>
        <w:pStyle w:val="ListBullet"/>
        <w:spacing w:after="20"/>
      </w:pPr>
      <w:r>
        <w:t>[One achievement with a number — e.g. improved speaking test scores by 20%]</w:t>
      </w:r>
    </w:p>
    <w:p>
      <w:pPr>
        <w:pStyle w:val="ListBullet"/>
        <w:spacing w:after="20"/>
      </w:pPr>
      <w:r>
        <w:t>[Curriculum, events or extra duties]</w:t>
      </w:r>
    </w:p>
    <w:p>
      <w:pPr>
        <w:tabs>
          <w:tab w:pos="9638" w:val="right"/>
        </w:tabs>
        <w:spacing w:before="80"/>
      </w:pPr>
      <w:r>
        <w:rPr>
          <w:b/>
          <w:color w:val="0E1E45"/>
        </w:rPr>
        <w:t>[Job Title]</w:t>
      </w:r>
      <w:r>
        <w:t xml:space="preserve"> — [School / Academy], [City, Country]</w:t>
      </w:r>
      <w:r>
        <w:rPr>
          <w:color w:val="5B6478"/>
          <w:sz w:val="19"/>
        </w:rPr>
        <w:tab/>
        <w:t>[Month Year] – [Month Year]</w:t>
      </w:r>
    </w:p>
    <w:p>
      <w:pPr>
        <w:pStyle w:val="ListBullet"/>
        <w:spacing w:after="20"/>
      </w:pPr>
      <w:r>
        <w:t>[Main responsibility]</w:t>
      </w:r>
    </w:p>
    <w:p>
      <w:pPr>
        <w:pStyle w:val="ListBullet"/>
        <w:spacing w:after="20"/>
      </w:pPr>
      <w:r>
        <w:t>[One result or skill you developed]</w:t>
      </w:r>
    </w:p>
    <w:p>
      <w:pPr>
        <w:spacing w:after="80" w:before="240"/>
        <w:pBdr>
          <w:bottom w:val="single" w:sz="6" w:space="2" w:color="D5DBE6"/>
        </w:pBdr>
      </w:pPr>
      <w:r>
        <w:rPr>
          <w:b/>
          <w:color w:val="1F55D6"/>
          <w:sz w:val="18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  <w:color w:val="0E1E45"/>
        </w:rPr>
        <w:t>[Degree], [Major]</w:t>
      </w:r>
      <w:r>
        <w:t xml:space="preserve"> — [University], [Country]</w:t>
      </w:r>
      <w:r>
        <w:rPr>
          <w:color w:val="5B6478"/>
          <w:sz w:val="19"/>
        </w:rPr>
        <w:tab/>
        <w:t>[Year]</w:t>
      </w:r>
    </w:p>
    <w:p>
      <w:pPr>
        <w:spacing w:after="80" w:before="240"/>
        <w:pBdr>
          <w:bottom w:val="single" w:sz="6" w:space="2" w:color="D5DBE6"/>
        </w:pBdr>
      </w:pPr>
      <w:r>
        <w:rPr>
          <w:b/>
          <w:color w:val="1F55D6"/>
          <w:sz w:val="18"/>
        </w:rPr>
        <w:t>CERTIFICATIONS</w:t>
      </w:r>
    </w:p>
    <w:p>
      <w:pPr>
        <w:tabs>
          <w:tab w:pos="9638" w:val="right"/>
        </w:tabs>
        <w:spacing w:before="80"/>
      </w:pPr>
      <w:r>
        <w:rPr>
          <w:b/>
          <w:color w:val="0E1E45"/>
        </w:rPr>
        <w:t>[TEFL / TESOL / CELTA]</w:t>
      </w:r>
      <w:r>
        <w:t xml:space="preserve"> — [Provider], [hours] hours</w:t>
      </w:r>
      <w:r>
        <w:rPr>
          <w:color w:val="5B6478"/>
          <w:sz w:val="19"/>
        </w:rPr>
        <w:tab/>
        <w:t>[Year]</w:t>
      </w:r>
    </w:p>
    <w:p>
      <w:pPr>
        <w:spacing w:after="80" w:before="240"/>
        <w:pBdr>
          <w:bottom w:val="single" w:sz="6" w:space="2" w:color="D5DBE6"/>
        </w:pBdr>
      </w:pPr>
      <w:r>
        <w:rPr>
          <w:b/>
          <w:color w:val="1F55D6"/>
          <w:sz w:val="18"/>
        </w:rPr>
        <w:t>SKILLS</w:t>
      </w:r>
    </w:p>
    <w:p>
      <w:r>
        <w:rPr>
          <w:b w:val="0"/>
        </w:rPr>
        <w:t>[Phonics] · [Classroom management] · [Lesson planning] · [Test prep (IELTS / TOEFL)] · [Online teaching]</w:t>
      </w:r>
    </w:p>
    <w:p>
      <w:pPr>
        <w:spacing w:after="80" w:before="240"/>
        <w:pBdr>
          <w:bottom w:val="single" w:sz="6" w:space="2" w:color="D5DBE6"/>
        </w:pBdr>
      </w:pPr>
      <w:r>
        <w:rPr>
          <w:b/>
          <w:color w:val="1F55D6"/>
          <w:sz w:val="18"/>
        </w:rPr>
        <w:t>LANGUAGES</w:t>
      </w:r>
    </w:p>
    <w:p>
      <w:r>
        <w:rPr>
          <w:b w:val="0"/>
        </w:rPr>
        <w:t>English ([native / fluent]) · [Other language] ([level])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ESL Teacher CV Template — ESL WAVE</dc:title>
  <dc:subject/>
  <dc:creator>ESL WAVE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